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7972" w:rsidRPr="006173BB" w:rsidRDefault="00017CA9" w:rsidP="00E73B99">
      <w:pPr>
        <w:spacing w:before="240" w:after="240"/>
        <w:jc w:val="center"/>
        <w:rPr>
          <w:rFonts w:eastAsia="IBM Plex Sans SemiBold"/>
          <w:b/>
          <w:bCs/>
          <w:color w:val="30206B"/>
          <w:sz w:val="50"/>
          <w:szCs w:val="50"/>
        </w:rPr>
      </w:pPr>
      <w:r w:rsidRPr="00207A31">
        <w:rPr>
          <w:noProof/>
        </w:rPr>
        <w:drawing>
          <wp:anchor distT="0" distB="0" distL="114300" distR="114300" simplePos="0" relativeHeight="251659264" behindDoc="0" locked="0" layoutInCell="1" allowOverlap="0" wp14:anchorId="544A1E82" wp14:editId="3A814807">
            <wp:simplePos x="0" y="0"/>
            <wp:positionH relativeFrom="page">
              <wp:posOffset>6321919</wp:posOffset>
            </wp:positionH>
            <wp:positionV relativeFrom="page">
              <wp:posOffset>232410</wp:posOffset>
            </wp:positionV>
            <wp:extent cx="971550" cy="279400"/>
            <wp:effectExtent l="0" t="0" r="0" b="0"/>
            <wp:wrapTopAndBottom/>
            <wp:docPr id="410" name="Picture 410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BB">
        <w:rPr>
          <w:rFonts w:eastAsia="IBM Plex Sans SemiBold"/>
          <w:b/>
          <w:bCs/>
          <w:color w:val="30206B"/>
          <w:sz w:val="50"/>
          <w:szCs w:val="50"/>
        </w:rPr>
        <w:t>Performance Review Phrases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5"/>
        <w:gridCol w:w="3440"/>
        <w:gridCol w:w="3431"/>
      </w:tblGrid>
      <w:tr w:rsidR="006173BB" w:rsidRPr="006173BB" w:rsidTr="006173BB">
        <w:trPr>
          <w:trHeight w:val="569"/>
          <w:jc w:val="center"/>
        </w:trPr>
        <w:tc>
          <w:tcPr>
            <w:tcW w:w="11168" w:type="dxa"/>
            <w:gridSpan w:val="3"/>
            <w:shd w:val="clear" w:color="auto" w:fill="382870"/>
            <w:vAlign w:val="center"/>
          </w:tcPr>
          <w:p w:rsidR="006173BB" w:rsidRPr="00E73B99" w:rsidRDefault="006173BB" w:rsidP="006173BB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E73B99">
              <w:rPr>
                <w:b/>
                <w:color w:val="FFFFFF" w:themeColor="background1"/>
                <w:sz w:val="26"/>
                <w:szCs w:val="26"/>
              </w:rPr>
              <w:t>Overall performance review phrases</w:t>
            </w:r>
          </w:p>
        </w:tc>
      </w:tr>
      <w:tr w:rsidR="006173BB" w:rsidRPr="006173BB" w:rsidTr="006173BB">
        <w:trPr>
          <w:trHeight w:val="569"/>
          <w:jc w:val="center"/>
        </w:trPr>
        <w:tc>
          <w:tcPr>
            <w:tcW w:w="3722" w:type="dxa"/>
            <w:shd w:val="clear" w:color="auto" w:fill="D0F5FF"/>
            <w:vAlign w:val="center"/>
          </w:tcPr>
          <w:p w:rsidR="002E7972" w:rsidRPr="006173BB" w:rsidRDefault="00000000" w:rsidP="006173BB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723" w:type="dxa"/>
            <w:shd w:val="clear" w:color="auto" w:fill="D0F5FF"/>
            <w:vAlign w:val="center"/>
          </w:tcPr>
          <w:p w:rsidR="002E7972" w:rsidRPr="006173BB" w:rsidRDefault="00000000" w:rsidP="006173BB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723" w:type="dxa"/>
            <w:shd w:val="clear" w:color="auto" w:fill="D0F5FF"/>
            <w:vAlign w:val="center"/>
          </w:tcPr>
          <w:p w:rsidR="002E7972" w:rsidRPr="006173BB" w:rsidRDefault="00000000" w:rsidP="006173BB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722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Consistently meets expectations and delivers reliable results.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Would benefit from greater consistency in meeting role expectations.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has helped you perform well this review period?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722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Demonstrates a strong understanding of priorities and follows through on commitments.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to improve follow-through on key responsibilities and agreed actions.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support would help you maintain consistent performance?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722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Takes ownership of work and contributes positively to team outcomes.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Could take more ownership of outcomes and be more proactive in addressing challenges.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Which area of your performance are you most proud of?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722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Shows steady progress and continues to build confidence in the role.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to focus on making measurable progress against agreed goals.</w:t>
            </w:r>
          </w:p>
        </w:tc>
        <w:tc>
          <w:tcPr>
            <w:tcW w:w="3723" w:type="dxa"/>
            <w:vAlign w:val="center"/>
          </w:tcPr>
          <w:p w:rsidR="002E7972" w:rsidRPr="00E73B99" w:rsidRDefault="00000000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is one area you want to improve before the next review?</w:t>
            </w:r>
          </w:p>
        </w:tc>
      </w:tr>
    </w:tbl>
    <w:p w:rsidR="002E7972" w:rsidRDefault="002E7972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5"/>
        <w:gridCol w:w="3448"/>
        <w:gridCol w:w="3433"/>
      </w:tblGrid>
      <w:tr w:rsidR="006173BB" w:rsidRPr="006173BB" w:rsidTr="006173BB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6173BB" w:rsidRPr="00E73B99" w:rsidRDefault="006173B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E73B99">
              <w:rPr>
                <w:b/>
                <w:color w:val="FFFFFF" w:themeColor="background1"/>
                <w:sz w:val="26"/>
                <w:szCs w:val="26"/>
              </w:rPr>
              <w:t>Quality of work</w:t>
            </w:r>
            <w:r w:rsidRPr="00E73B99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6173BB" w:rsidRPr="006173BB" w:rsidTr="006173BB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Produces high-quality work that is accurate, thorough, and reliable.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to pay closer attention to detail to reduce avoidable errors.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quality checks help you produce your best work?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Consistently delivers work that meets or exceeds expected standards.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Would benefit from reviewing work more carefully before submitting it.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Where do you feel quality is strongest in your work?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Shows strong attention to detail and takes pride in producing polished work.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Should focus on improving consistency in the quality of completed work.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would help you catch issues earlier?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Applies feedback effectively to improve the quality of future work.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to apply feedback more consistently to avoid repeated mistakes.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How can we make feedback easier to apply in your workflow?</w:t>
            </w:r>
          </w:p>
        </w:tc>
      </w:tr>
    </w:tbl>
    <w:p w:rsidR="006173BB" w:rsidRDefault="006173BB" w:rsidP="006173B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3444"/>
        <w:gridCol w:w="3431"/>
      </w:tblGrid>
      <w:tr w:rsidR="006173B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6173BB" w:rsidRPr="00A73B93" w:rsidRDefault="006173B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Quantity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of work performance review phrases</w:t>
            </w:r>
          </w:p>
        </w:tc>
      </w:tr>
      <w:tr w:rsidR="006173B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6173BB" w:rsidRPr="006173BB" w:rsidRDefault="006173B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Maintains a steady output while balancing priorities and deadlines.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to improve output consistency across projects or review periods.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helps you maintain steady progress when workload increases?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Completes an appropriate volume of work without sacrificing quality.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Would benefit from setting clearer priorities to manage workload more effectively.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Which tasks or priorities have the biggest impact on your output?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Manages workload efficiently and keeps progress moving across key responsibilities.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Should communicate earlier when workload affects the amount of work completed.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C64ABE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would help you flag workload challenges sooner?</w:t>
            </w:r>
          </w:p>
        </w:tc>
      </w:tr>
      <w:tr w:rsidR="006173BB" w:rsidRPr="006173BB" w:rsidTr="00E73B99">
        <w:trPr>
          <w:trHeight w:val="794"/>
          <w:jc w:val="center"/>
        </w:trPr>
        <w:tc>
          <w:tcPr>
            <w:tcW w:w="3500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Adjusts pace effectively during busy periods while staying focused on important tasks.</w:t>
            </w:r>
          </w:p>
        </w:tc>
        <w:tc>
          <w:tcPr>
            <w:tcW w:w="3519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Needs support in planning work volume more realistically during peak periods.</w:t>
            </w:r>
          </w:p>
        </w:tc>
        <w:tc>
          <w:tcPr>
            <w:tcW w:w="3513" w:type="dxa"/>
            <w:vAlign w:val="center"/>
          </w:tcPr>
          <w:p w:rsidR="006173BB" w:rsidRPr="00E73B99" w:rsidRDefault="006173BB" w:rsidP="006173BB">
            <w:pPr>
              <w:rPr>
                <w:color w:val="382870"/>
                <w:szCs w:val="19"/>
              </w:rPr>
            </w:pPr>
            <w:r w:rsidRPr="00E73B99">
              <w:rPr>
                <w:color w:val="382870"/>
                <w:szCs w:val="19"/>
              </w:rPr>
              <w:t>What support would help you manage high-volume periods more effectively?</w:t>
            </w:r>
          </w:p>
        </w:tc>
      </w:tr>
    </w:tbl>
    <w:p w:rsidR="00E73B99" w:rsidRDefault="00E73B99" w:rsidP="006173B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0"/>
        <w:gridCol w:w="3446"/>
        <w:gridCol w:w="3430"/>
      </w:tblGrid>
      <w:tr w:rsidR="005C32C6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C32C6" w:rsidRPr="00A73B93" w:rsidRDefault="005C32C6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Job knowledge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>performance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review phrases</w:t>
            </w:r>
          </w:p>
        </w:tc>
      </w:tr>
      <w:tr w:rsidR="005C32C6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C32C6" w:rsidRPr="006173BB" w:rsidRDefault="005C32C6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C32C6" w:rsidRPr="006173BB" w:rsidRDefault="005C32C6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C32C6" w:rsidRPr="006173BB" w:rsidRDefault="005C32C6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2F0E83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Demonstrates strong knowledge of the role and applies it effectively in daily work.</w:t>
            </w:r>
          </w:p>
        </w:tc>
        <w:tc>
          <w:tcPr>
            <w:tcW w:w="3519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Needs to continue building knowledge in key areas of the role.</w:t>
            </w:r>
          </w:p>
        </w:tc>
        <w:tc>
          <w:tcPr>
            <w:tcW w:w="3513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Which skills or knowledge areas feel strongest right now?</w:t>
            </w:r>
          </w:p>
        </w:tc>
      </w:tr>
      <w:tr w:rsidR="002F0E83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Understands relevant processes, tools, and responsibilities well.</w:t>
            </w:r>
          </w:p>
        </w:tc>
        <w:tc>
          <w:tcPr>
            <w:tcW w:w="3519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Would benefit from a deeper understanding of core processes or tools.</w:t>
            </w:r>
          </w:p>
        </w:tc>
        <w:tc>
          <w:tcPr>
            <w:tcW w:w="3513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Where would more training or guidance be useful?</w:t>
            </w:r>
          </w:p>
        </w:tc>
      </w:tr>
      <w:tr w:rsidR="002F0E83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Shares knowledge with colleagues and helps others solve work-related questions.</w:t>
            </w:r>
          </w:p>
        </w:tc>
        <w:tc>
          <w:tcPr>
            <w:tcW w:w="3519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Could be more proactive in seeking information before moving forward.</w:t>
            </w:r>
          </w:p>
        </w:tc>
        <w:tc>
          <w:tcPr>
            <w:tcW w:w="3513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How can you continue building your expertise?</w:t>
            </w:r>
          </w:p>
        </w:tc>
      </w:tr>
      <w:tr w:rsidR="002F0E83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Quickly applies new information and adapts knowledge to different situations.</w:t>
            </w:r>
          </w:p>
        </w:tc>
        <w:tc>
          <w:tcPr>
            <w:tcW w:w="3519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Needs more practice applying knowledge independently in unfamiliar situations.</w:t>
            </w:r>
          </w:p>
        </w:tc>
        <w:tc>
          <w:tcPr>
            <w:tcW w:w="3513" w:type="dxa"/>
            <w:vAlign w:val="center"/>
          </w:tcPr>
          <w:p w:rsidR="002F0E83" w:rsidRPr="002F0E83" w:rsidRDefault="002F0E83" w:rsidP="002F0E83">
            <w:pPr>
              <w:rPr>
                <w:bCs/>
                <w:color w:val="382870"/>
              </w:rPr>
            </w:pPr>
            <w:r w:rsidRPr="002F0E83">
              <w:rPr>
                <w:bCs/>
                <w:color w:val="382870"/>
              </w:rPr>
              <w:t>What topics would help you feel more confident in your role?</w:t>
            </w:r>
          </w:p>
        </w:tc>
      </w:tr>
    </w:tbl>
    <w:p w:rsidR="0054352B" w:rsidRDefault="0054352B" w:rsidP="0054352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3448"/>
        <w:gridCol w:w="3434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6173BB" w:rsidRDefault="0054352B" w:rsidP="00C64AB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Productivity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performance</w:t>
            </w:r>
            <w:r w:rsidRPr="006173BB">
              <w:rPr>
                <w:b/>
                <w:color w:val="FFFFFF" w:themeColor="background1"/>
                <w:sz w:val="24"/>
                <w:szCs w:val="24"/>
              </w:rPr>
              <w:t xml:space="preserve">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2F0E83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Completes work efficiently while maintaining a strong standard of quality.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Needs to improve output consistency and manage workload more effectively.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What helps you stay productive during busy periods?</w:t>
            </w:r>
          </w:p>
        </w:tc>
      </w:tr>
      <w:tr w:rsidR="0054352B" w:rsidRPr="002F0E83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Manages tasks well and delivers work within agreed timelines.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Would benefit from prioritizing tasks more clearly to avoid delays.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Which tasks take more time than expected?</w:t>
            </w:r>
          </w:p>
        </w:tc>
      </w:tr>
      <w:tr w:rsidR="0054352B" w:rsidRPr="002F0E83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Maintains focus and makes steady progress on important priorities.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Could improve by reducing distractions and focusing on high-impact work.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What would help you protect time for priority work?</w:t>
            </w:r>
          </w:p>
        </w:tc>
      </w:tr>
      <w:tr w:rsidR="0054352B" w:rsidRPr="002F0E83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Uses time and resources effectively to complete work.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Needs to better estimate the time required to complete tasks.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How can we improve planning around deadlines?</w:t>
            </w:r>
          </w:p>
        </w:tc>
      </w:tr>
    </w:tbl>
    <w:p w:rsidR="0054352B" w:rsidRPr="0054352B" w:rsidRDefault="0054352B" w:rsidP="0054352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3"/>
        <w:gridCol w:w="3445"/>
        <w:gridCol w:w="3438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6173BB" w:rsidRDefault="0054352B" w:rsidP="00C64AB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Dependability and reliability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performance</w:t>
            </w:r>
            <w:r w:rsidRPr="006173BB">
              <w:rPr>
                <w:b/>
                <w:color w:val="FFFFFF" w:themeColor="background1"/>
                <w:sz w:val="24"/>
                <w:szCs w:val="24"/>
              </w:rPr>
              <w:t xml:space="preserve">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Can be relied on to follow through on commitments and complete work as agreed.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Needs to improve consistency in following through on commitments.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What helps you stay on track with commitments?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Demonstrates reliability by meeting deadlines and keeping others informed.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Would benefit from communicating earlier when deadlines may be at risk.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What would make it easier to flag risks sooner?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Takes responsibility for assigned work and delivers without needing close supervision.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Could take more ownership of tasks without waiting for reminders.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Where do you feel most confident working independently?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Builds trust by being consistent, prepared, and responsive.</w:t>
            </w:r>
          </w:p>
        </w:tc>
        <w:tc>
          <w:tcPr>
            <w:tcW w:w="3519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Needs to improve responsiveness and follow-up on agreed actions.</w:t>
            </w:r>
          </w:p>
        </w:tc>
        <w:tc>
          <w:tcPr>
            <w:tcW w:w="3513" w:type="dxa"/>
            <w:vAlign w:val="center"/>
          </w:tcPr>
          <w:p w:rsidR="0054352B" w:rsidRPr="0054352B" w:rsidRDefault="0054352B" w:rsidP="0054352B">
            <w:pPr>
              <w:rPr>
                <w:bCs/>
                <w:color w:val="382870"/>
              </w:rPr>
            </w:pPr>
            <w:r w:rsidRPr="0054352B">
              <w:rPr>
                <w:bCs/>
                <w:color w:val="382870"/>
              </w:rPr>
              <w:t>What systems or habits help you stay organized?</w:t>
            </w:r>
          </w:p>
        </w:tc>
      </w:tr>
    </w:tbl>
    <w:p w:rsidR="002E7972" w:rsidRDefault="002E7972" w:rsidP="0054352B">
      <w:pPr>
        <w:rPr>
          <w:bCs/>
          <w:color w:val="382870"/>
        </w:rPr>
      </w:pPr>
    </w:p>
    <w:p w:rsidR="0054352B" w:rsidRDefault="0054352B" w:rsidP="0054352B">
      <w:pPr>
        <w:rPr>
          <w:bCs/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3448"/>
        <w:gridCol w:w="3434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A73B93" w:rsidRDefault="0054352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Attendance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Maintains a reliable attendance record and is consistently present when scheduled.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improve attendance consistency to better support team planning and workload coverage.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would help you maintain more consistent attendance?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Arrives on time and is prepared to start work as expected.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improving punctuality and communicating delays earlier.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Are there any recurring challenges affecting your punctuality?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Gives advance notice when time away from work is needed.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communicate absences or schedule changes as early as possible.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process would make it easier to flag scheduling issues in advance?</w:t>
            </w:r>
          </w:p>
        </w:tc>
      </w:tr>
      <w:tr w:rsidR="0054352B" w:rsidRPr="0054352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Shows respect for team commitments by being available and dependable.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be more mindful of how absences or late arrivals affect team priorities.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How can we better plan around availability and workload needs?</w:t>
            </w:r>
          </w:p>
        </w:tc>
      </w:tr>
    </w:tbl>
    <w:p w:rsidR="0054352B" w:rsidRDefault="0054352B" w:rsidP="0054352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9"/>
        <w:gridCol w:w="3445"/>
        <w:gridCol w:w="3432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A73B93" w:rsidRDefault="0054352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Time management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Manages time effectively and consistently meets deadlines.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improve time management to complete work within agreed timelines.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helps you stay on track when managing multiple deadlines?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Prioritizes tasks well and focuses on the most important work first.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setting clearer priorities when workloads increase.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Which tasks tend to compete most for your time?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Plans work realistically and communicates timelines clearly.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improve planning to avoid last-minute delays or rushed work.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would help you estimate timelines more accurately?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Stays organized and uses time productively throughout the review period.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Could improve by reducing time spent on lower-priority tasks.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would help you protect time for high-priority work?</w:t>
            </w:r>
          </w:p>
        </w:tc>
      </w:tr>
    </w:tbl>
    <w:p w:rsidR="0054352B" w:rsidRDefault="0054352B" w:rsidP="0054352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5"/>
        <w:gridCol w:w="3443"/>
        <w:gridCol w:w="3438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A73B93" w:rsidRDefault="0054352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Communication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Communicates clearly and keeps stakeholders informed of progress, risks, and next steps.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communicate updates more consistently so others have the information they need.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would help you communicate updates more clearly or consistently?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Adapts communication style well for different audiences and situations.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tailoring communication more carefully to the audience or context.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Which communication situations feel most challenging right now?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Listens actively and responds thoughtfully to questions or concerns.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work on listening more fully before responding or offering solutions.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helps you understand another person's perspective before responding?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Shares information in a timely way and helps prevent confusion or misalignment.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Could improve by sharing important information earlier in the process.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Where could earlier communication have improved an outcome?</w:t>
            </w:r>
          </w:p>
        </w:tc>
      </w:tr>
    </w:tbl>
    <w:p w:rsidR="0054352B" w:rsidRDefault="0054352B" w:rsidP="0054352B"/>
    <w:p w:rsidR="0054352B" w:rsidRDefault="0054352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3445"/>
        <w:gridCol w:w="3437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A73B93" w:rsidRDefault="0054352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Teamwork and collaboration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Works well with others and contributes positively to team goals.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collaborate more actively to support shared team outcomes.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helps you collaborate effectively with others?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Builds strong working relationships and supports colleagues when needed.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offering support to colleagues more consistently.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Where could you contribute more to team success?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Shares information openly and helps the team stay aligned.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work on keeping teammates informed about progress, decisions, or blockers.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information would be useful to share earlier with the team?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Contributes ideas respectfully and helps create productive team discussions.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Could improve by participating more constructively in team discussions.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How can you make your contributions more useful in group settings?</w:t>
            </w:r>
          </w:p>
        </w:tc>
      </w:tr>
    </w:tbl>
    <w:p w:rsidR="0054352B" w:rsidRPr="006173BB" w:rsidRDefault="0054352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7"/>
        <w:gridCol w:w="3442"/>
        <w:gridCol w:w="3437"/>
      </w:tblGrid>
      <w:tr w:rsidR="0054352B" w:rsidRPr="006173BB" w:rsidTr="00C64ABE">
        <w:trPr>
          <w:trHeight w:val="569"/>
          <w:jc w:val="center"/>
        </w:trPr>
        <w:tc>
          <w:tcPr>
            <w:tcW w:w="10532" w:type="dxa"/>
            <w:gridSpan w:val="3"/>
            <w:shd w:val="clear" w:color="auto" w:fill="382870"/>
            <w:vAlign w:val="center"/>
          </w:tcPr>
          <w:p w:rsidR="0054352B" w:rsidRPr="00A73B93" w:rsidRDefault="0054352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Customer service</w:t>
            </w:r>
            <w:r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C64ABE">
        <w:trPr>
          <w:trHeight w:val="569"/>
          <w:jc w:val="center"/>
        </w:trPr>
        <w:tc>
          <w:tcPr>
            <w:tcW w:w="3500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519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513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Communicates with customers clearly, respectfully, and with empathy.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respond to customer concerns with greater clarity, empathy, or follow-through.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helps you understand and respond to customer needs effectively?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Sets clear expectations with customers and follows through on agreed actions.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confirming expectations before making commitments to customers.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How can you make expectations clearer at the start of a customer interaction?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Handles customer challenges calmly and focuses on finding practical solutions.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work on staying calm and solution-focused when customer situations become difficult.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support would help you handle challenging customer conversations more confidently?</w:t>
            </w:r>
          </w:p>
        </w:tc>
      </w:tr>
      <w:tr w:rsidR="0054352B" w:rsidRPr="006173BB" w:rsidTr="00A73B93">
        <w:trPr>
          <w:trHeight w:val="851"/>
          <w:jc w:val="center"/>
        </w:trPr>
        <w:tc>
          <w:tcPr>
            <w:tcW w:w="3500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Builds trust with customers by being responsive, reliable, and professional.</w:t>
            </w:r>
          </w:p>
        </w:tc>
        <w:tc>
          <w:tcPr>
            <w:tcW w:w="3519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improve follow-up on unresolved customer issues to maintain trust.</w:t>
            </w:r>
          </w:p>
        </w:tc>
        <w:tc>
          <w:tcPr>
            <w:tcW w:w="3513" w:type="dxa"/>
            <w:vAlign w:val="center"/>
          </w:tcPr>
          <w:p w:rsidR="0054352B" w:rsidRPr="00A73B93" w:rsidRDefault="0054352B" w:rsidP="0054352B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would help you track and resolve customer follow-ups more consistently?</w:t>
            </w:r>
          </w:p>
        </w:tc>
      </w:tr>
    </w:tbl>
    <w:p w:rsidR="0054352B" w:rsidRPr="006173BB" w:rsidRDefault="0054352B" w:rsidP="0054352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54352B" w:rsidRPr="006173BB" w:rsidTr="001535E0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54352B" w:rsidRPr="00A73B93" w:rsidRDefault="001535E0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A73B93">
              <w:rPr>
                <w:b/>
                <w:color w:val="FFFFFF" w:themeColor="background1"/>
                <w:sz w:val="26"/>
                <w:szCs w:val="26"/>
              </w:rPr>
              <w:t>Interpersonal skills</w:t>
            </w:r>
            <w:r w:rsidR="0054352B" w:rsidRPr="00A73B93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54352B" w:rsidRPr="006173BB" w:rsidTr="001535E0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54352B" w:rsidRPr="006173BB" w:rsidRDefault="0054352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1535E0" w:rsidRPr="006173BB" w:rsidTr="00A73B93">
        <w:trPr>
          <w:trHeight w:val="851"/>
          <w:jc w:val="center"/>
        </w:trPr>
        <w:tc>
          <w:tcPr>
            <w:tcW w:w="342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Builds respectful and productive relationships with colleagues and stakeholders.</w:t>
            </w:r>
          </w:p>
        </w:tc>
        <w:tc>
          <w:tcPr>
            <w:tcW w:w="3444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Needs to strengthen working relationships by being more mindful of communication style and tone.</w:t>
            </w:r>
          </w:p>
        </w:tc>
        <w:tc>
          <w:tcPr>
            <w:tcW w:w="343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helps you build trust with others at work?</w:t>
            </w:r>
          </w:p>
        </w:tc>
      </w:tr>
      <w:tr w:rsidR="001535E0" w:rsidRPr="006173BB" w:rsidTr="00A73B93">
        <w:trPr>
          <w:trHeight w:val="851"/>
          <w:jc w:val="center"/>
        </w:trPr>
        <w:tc>
          <w:tcPr>
            <w:tcW w:w="342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Shows empathy and professionalism when working with different personalities.</w:t>
            </w:r>
          </w:p>
        </w:tc>
        <w:tc>
          <w:tcPr>
            <w:tcW w:w="3444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Would benefit from showing more patience and empathy in challenging interactions.</w:t>
            </w:r>
          </w:p>
        </w:tc>
        <w:tc>
          <w:tcPr>
            <w:tcW w:w="343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Which interactions feel most difficult, and what support would help?</w:t>
            </w:r>
          </w:p>
        </w:tc>
      </w:tr>
      <w:tr w:rsidR="001535E0" w:rsidRPr="006173BB" w:rsidTr="00A73B93">
        <w:trPr>
          <w:trHeight w:val="851"/>
          <w:jc w:val="center"/>
        </w:trPr>
        <w:tc>
          <w:tcPr>
            <w:tcW w:w="342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Handles workplace interactions with tact and respect.</w:t>
            </w:r>
          </w:p>
        </w:tc>
        <w:tc>
          <w:tcPr>
            <w:tcW w:w="3444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Should work on responding more calmly and constructively in tense situations.</w:t>
            </w:r>
          </w:p>
        </w:tc>
        <w:tc>
          <w:tcPr>
            <w:tcW w:w="343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What strategies could help you manage difficult conversations more effectively?</w:t>
            </w:r>
          </w:p>
        </w:tc>
      </w:tr>
      <w:tr w:rsidR="001535E0" w:rsidRPr="006173BB" w:rsidTr="00A73B93">
        <w:trPr>
          <w:trHeight w:val="851"/>
          <w:jc w:val="center"/>
        </w:trPr>
        <w:tc>
          <w:tcPr>
            <w:tcW w:w="342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Creates a positive experience for others by being approachable and cooperative.</w:t>
            </w:r>
          </w:p>
        </w:tc>
        <w:tc>
          <w:tcPr>
            <w:tcW w:w="3444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Could improve by being more approachable and receptive to feedback from others.</w:t>
            </w:r>
          </w:p>
        </w:tc>
        <w:tc>
          <w:tcPr>
            <w:tcW w:w="3436" w:type="dxa"/>
            <w:vAlign w:val="center"/>
          </w:tcPr>
          <w:p w:rsidR="001535E0" w:rsidRPr="00A73B93" w:rsidRDefault="001535E0" w:rsidP="001535E0">
            <w:pPr>
              <w:rPr>
                <w:color w:val="382870"/>
                <w:szCs w:val="19"/>
              </w:rPr>
            </w:pPr>
            <w:r w:rsidRPr="00A73B93">
              <w:rPr>
                <w:color w:val="382870"/>
                <w:szCs w:val="19"/>
              </w:rPr>
              <w:t>How do you think others experience working with you?</w:t>
            </w:r>
          </w:p>
        </w:tc>
      </w:tr>
    </w:tbl>
    <w:p w:rsidR="001535E0" w:rsidRDefault="001535E0">
      <w:pPr>
        <w:rPr>
          <w:color w:val="382870"/>
        </w:rPr>
      </w:pPr>
    </w:p>
    <w:p w:rsidR="00715EC5" w:rsidRDefault="00715EC5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1535E0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1535E0" w:rsidRPr="00715EC5" w:rsidRDefault="001535E0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715EC5">
              <w:rPr>
                <w:b/>
                <w:color w:val="FFFFFF" w:themeColor="background1"/>
                <w:sz w:val="26"/>
                <w:szCs w:val="26"/>
              </w:rPr>
              <w:t>Problem-solving</w:t>
            </w:r>
            <w:r w:rsidRPr="00715EC5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1535E0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1535E0" w:rsidRPr="006173BB" w:rsidRDefault="001535E0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1535E0" w:rsidRPr="006173BB" w:rsidRDefault="001535E0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1535E0" w:rsidRPr="006173BB" w:rsidRDefault="001535E0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Approaches problems thoughtfully and identifies practical solutions.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take a more structured approach to solving problems.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steps help you understand a problem before choosing a solution?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Breaks complex issues into manageable parts and works through them logically.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Would benefit from analyzing root causes more carefully before acting.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do you think caused this issue?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Brings possible solutions rather than only raising problems.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Should focus on proposing options when bringing up challenges.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options could you explore next time?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Stays calm when challenges arise and helps move work forward.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Could improve by staying focused on solutions when setbacks occur.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helps you stay focused when a problem feels urgent or complex?</w:t>
            </w:r>
          </w:p>
        </w:tc>
      </w:tr>
    </w:tbl>
    <w:p w:rsidR="001535E0" w:rsidRDefault="001535E0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E73B99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E73B99" w:rsidRPr="00715EC5" w:rsidRDefault="00E73B99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715EC5">
              <w:rPr>
                <w:b/>
                <w:color w:val="FFFFFF" w:themeColor="background1"/>
                <w:sz w:val="26"/>
                <w:szCs w:val="26"/>
              </w:rPr>
              <w:t>Decision-making and judgment</w:t>
            </w:r>
            <w:r w:rsidRPr="00715EC5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E73B99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Makes thoughtful decisions based on relevant information and business priorities.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use available information more consistently before making decisions.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information do you need before making this type of decision?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Shows sound judgment when balancing risks, timelines, and stakeholder needs.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Would benefit from considering risks and trade-offs more carefully.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risks or trade-offs should we consider next time?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Knows when to make decisions independently and when to ask for input.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Should work on recognizing when to seek guidance before moving forward.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When would it be helpful to involve others earlier?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Makes decisions that support team goals and long-term outcomes.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Could improve by connecting decisions more clearly to team or business goals.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How does this decision support the broader goal?</w:t>
            </w:r>
          </w:p>
        </w:tc>
      </w:tr>
    </w:tbl>
    <w:p w:rsidR="00E73B99" w:rsidRPr="006173BB" w:rsidRDefault="00E73B99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E73B99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E73B99" w:rsidRPr="00715EC5" w:rsidRDefault="00E73B99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715EC5">
              <w:rPr>
                <w:b/>
                <w:color w:val="FFFFFF" w:themeColor="background1"/>
                <w:sz w:val="26"/>
                <w:szCs w:val="26"/>
              </w:rPr>
              <w:t>Initiative</w:t>
            </w:r>
            <w:r w:rsidRPr="00715EC5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E73B99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Takes initiative by identifying opportunities and acting without needing to be prompted.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be more proactive in identifying and acting on opportunities.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Where could you take more initiative in your current work?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Looks for ways to improve processes, solve issues, or support team goals.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Would benefit from suggesting improvements rather than waiting for direction.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is one improvement you could suggest or test?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Takes ownership of tasks and follows through independently.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Should work on taking ownership earlier instead of waiting for reminders.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would help you feel more confident taking ownership?</w:t>
            </w:r>
          </w:p>
        </w:tc>
      </w:tr>
      <w:tr w:rsidR="00E73B99" w:rsidRPr="006173BB" w:rsidTr="00715EC5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Shows curiosity and a willingness to learn beyond immediate responsibilities.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Could improve by seeking out learning opportunities more actively.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skill or topic would you like to explore next?</w:t>
            </w:r>
          </w:p>
        </w:tc>
      </w:tr>
    </w:tbl>
    <w:p w:rsidR="00E73B99" w:rsidRDefault="00E73B99">
      <w:pPr>
        <w:rPr>
          <w:color w:val="382870"/>
        </w:rPr>
      </w:pPr>
    </w:p>
    <w:p w:rsidR="00E73B99" w:rsidRDefault="00E73B99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E73B99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E73B99" w:rsidRPr="003E79FB" w:rsidRDefault="00E73B99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3E79FB">
              <w:rPr>
                <w:b/>
                <w:color w:val="FFFFFF" w:themeColor="background1"/>
                <w:sz w:val="26"/>
                <w:szCs w:val="26"/>
              </w:rPr>
              <w:t>Accountability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E73B99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Takes responsibility for work outcomes and follows through on commitments.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take greater ownership of outcomes and agreed responsibilities.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helps you stay accountable for your commitments?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Acknowledges mistakes and uses them as opportunities to improve.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Would benefit from taking responsibility for mistakes more quickly and constructively.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did you learn from this situation?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Communicates progress, blockers, and risks in a timely way.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Should communicate blockers earlier so the team can respond before issues grow.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would help you flag blockers sooner?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Follows through on agreed actions and keeps others informed.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Could improve by tracking and completing agreed actions more consistently.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system would help you follow through more reliably?</w:t>
            </w:r>
          </w:p>
        </w:tc>
      </w:tr>
    </w:tbl>
    <w:p w:rsidR="00E73B99" w:rsidRDefault="00E73B99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E73B99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E73B99" w:rsidRPr="003E79FB" w:rsidRDefault="00E73B99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3E79FB">
              <w:rPr>
                <w:b/>
                <w:color w:val="FFFFFF" w:themeColor="background1"/>
                <w:sz w:val="26"/>
                <w:szCs w:val="26"/>
              </w:rPr>
              <w:t>Adaptability and flexibility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E73B99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E73B99" w:rsidRPr="006173BB" w:rsidRDefault="00E73B99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Adapts well to changing priorities and remains focused during periods of uncertainty.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be more open to adjusting plans when priorities change.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helps you adapt when priorities shift unexpectedly?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Shows flexibility when responding to new information, feedback, or business needs.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Would benefit from responding to change with more openness and curiosity.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would make it easier for you to adjust to change?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Stays calm and productive when plans or timelines change.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Could improve by staying solution-focused when changes create pressure.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What support would help you stay focused during change?</w:t>
            </w:r>
          </w:p>
        </w:tc>
      </w:tr>
      <w:tr w:rsidR="00E73B99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Adjusts approach based on feedback and applies new ways of working effectively.</w:t>
            </w:r>
          </w:p>
        </w:tc>
        <w:tc>
          <w:tcPr>
            <w:tcW w:w="3444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Needs to apply feedback more consistently when adapting their approach.</w:t>
            </w:r>
          </w:p>
        </w:tc>
        <w:tc>
          <w:tcPr>
            <w:tcW w:w="3436" w:type="dxa"/>
            <w:vAlign w:val="center"/>
          </w:tcPr>
          <w:p w:rsidR="00E73B99" w:rsidRPr="00715EC5" w:rsidRDefault="00E73B99" w:rsidP="00E73B99">
            <w:pPr>
              <w:rPr>
                <w:color w:val="382870"/>
                <w:szCs w:val="19"/>
              </w:rPr>
            </w:pPr>
            <w:r w:rsidRPr="00715EC5">
              <w:rPr>
                <w:color w:val="382870"/>
                <w:szCs w:val="19"/>
              </w:rPr>
              <w:t>How can we make feedback easier to put into action?</w:t>
            </w:r>
          </w:p>
        </w:tc>
      </w:tr>
    </w:tbl>
    <w:p w:rsidR="00E73B99" w:rsidRPr="006173BB" w:rsidRDefault="00E73B99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Work habits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Demonstrates strong work habits by staying organized, focused, and prepared.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develop more consistent work habits to support reliable performance.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Which habits help you do your best work?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Plans work effectively and follows through on daily responsibilities.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improving planning and follow-through on routine tasks.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would help you stay more organized day to day?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Maintains focus and uses work time productively.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reducing distractions and staying focused on priorities.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tends to interrupt your focus?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Shows consistency in how they manage tasks, deadlines, and communication.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build more consistent routines for managing tasks and deadlines.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routine would help you manage your work more effectively?</w:t>
            </w:r>
          </w:p>
        </w:tc>
      </w:tr>
    </w:tbl>
    <w:p w:rsidR="003E79FB" w:rsidRPr="006173BB" w:rsidRDefault="003E79FB">
      <w:pPr>
        <w:rPr>
          <w:color w:val="382870"/>
        </w:rPr>
      </w:pPr>
    </w:p>
    <w:p w:rsidR="002E7972" w:rsidRDefault="002E7972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Attitude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Maintains a positive and constructive attitude, even during challenging periods.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be more mindful of how their attitude affects team morale.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helps you stay constructive during difficult moments?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Approaches work with enthusiasm and a willingness to contribute.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showing more openness and engagement in daily work.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would help you feel more engaged in your work?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Responds to feedback with openness and a desire to improve.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responding to feedback more constructively.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makes feedback easier for you to receive and apply?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Helps create a supportive and motivated team environment.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Should work on contributing more positively to team discussions and interactions.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How can you contribute to a more positive team environment?</w:t>
            </w:r>
          </w:p>
        </w:tc>
      </w:tr>
    </w:tbl>
    <w:p w:rsidR="003E79FB" w:rsidRDefault="003E79F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Professionalism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Demonstrates professionalism through respectful communication and reliable follow-through.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show greater consistency in professional conduct and communication.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does professionalism look like in your role?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Represents the team well in interactions with colleagues, customers, or stakeholders.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being more mindful of tone, timing, or approach in professional interactions.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How can you adapt your approach in sensitive situations?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Handles challenging situations with maturity and respect.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staying composed and professional during difficult conversations.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helps you stay calm in challenging interactions?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Follows workplace expectations and sets a positive example for others.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pay closer attention to workplace expectations, standards, or norms.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Which expectations would be useful to clarify?</w:t>
            </w:r>
          </w:p>
        </w:tc>
      </w:tr>
    </w:tbl>
    <w:p w:rsidR="003E79FB" w:rsidRPr="006173BB" w:rsidRDefault="003E79F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Integrity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Acts with honesty and follows through on commitments.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build trust by being more consistent in words and actions.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helps you follow through on commitments?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Demonstrates ethical judgment and makes decisions that align with organizational values.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considering company values more carefully when making decisions.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Which values should guide this type of decision?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Takes responsibility for mistakes and handles them transparently.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acknowledging mistakes earlier and communicating them more openly.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would make it easier to raise concerns or mistakes early?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Builds trust by being fair, respectful, and reliable.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strengthen trust by being more transparent in how they work with others.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How can you build more trust with colleagues or stakeholders?</w:t>
            </w:r>
          </w:p>
        </w:tc>
      </w:tr>
    </w:tbl>
    <w:p w:rsidR="003E79FB" w:rsidRPr="006173BB" w:rsidRDefault="003E79FB">
      <w:pPr>
        <w:rPr>
          <w:color w:val="382870"/>
        </w:rPr>
      </w:pPr>
    </w:p>
    <w:p w:rsidR="002E7972" w:rsidRDefault="002E7972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Leadership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Provides clear direction and helps others understand priorities and expectations.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provide clearer direction so others understand expectations and next steps.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would help you communicate priorities more clearly?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Supports team members by giving guidance, feedback, and encouragement.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offering more regular guidance or feedback to team members.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How can you support others more consistently?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Builds trust and motivates others to contribute their best work.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creating more opportunities for team members to contribute and share ideas.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How can you create more space for others to contribute?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Makes thoughtful decisions and takes responsibility for team outcomes.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take greater ownership of team decisions and outcomes.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support would help you lead through difficult decisions?</w:t>
            </w:r>
          </w:p>
        </w:tc>
      </w:tr>
    </w:tbl>
    <w:p w:rsidR="003E79FB" w:rsidRDefault="003E79F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Safety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Follows safety procedures consistently and helps maintain a safe work environment.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follow safety procedures more consistently to reduce risk.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helps you stay mindful of safety procedures?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Identifies potential safety concerns and raises them promptly.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reporting safety concerns earlier.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would make it easier to raise safety concerns quickly?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Takes responsibility for personal safety and the safety of others.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being more proactive in preventing safety risks.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Where do you see opportunities to improve safety?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Uses equipment, tools, or processes safely and responsibly.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pay closer attention when using equipment, tools, or safety-related processes.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guidance or training would help reinforce safe practices?</w:t>
            </w:r>
          </w:p>
        </w:tc>
      </w:tr>
    </w:tbl>
    <w:p w:rsidR="003E79FB" w:rsidRDefault="003E79FB">
      <w:pPr>
        <w:rPr>
          <w:color w:val="38287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44"/>
        <w:gridCol w:w="3436"/>
      </w:tblGrid>
      <w:tr w:rsidR="003E79FB" w:rsidRPr="006173BB" w:rsidTr="00C64ABE">
        <w:trPr>
          <w:trHeight w:val="569"/>
          <w:jc w:val="center"/>
        </w:trPr>
        <w:tc>
          <w:tcPr>
            <w:tcW w:w="10306" w:type="dxa"/>
            <w:gridSpan w:val="3"/>
            <w:shd w:val="clear" w:color="auto" w:fill="382870"/>
            <w:vAlign w:val="center"/>
          </w:tcPr>
          <w:p w:rsidR="003E79FB" w:rsidRPr="003E79FB" w:rsidRDefault="003E79FB" w:rsidP="00C64AB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Self-performance</w:t>
            </w:r>
            <w:r w:rsidRPr="003E79FB">
              <w:rPr>
                <w:b/>
                <w:color w:val="FFFFFF" w:themeColor="background1"/>
                <w:sz w:val="26"/>
                <w:szCs w:val="26"/>
              </w:rPr>
              <w:t xml:space="preserve"> performance review phrases</w:t>
            </w:r>
          </w:p>
        </w:tc>
      </w:tr>
      <w:tr w:rsidR="003E79FB" w:rsidRPr="006173BB" w:rsidTr="00C64ABE">
        <w:trPr>
          <w:trHeight w:val="569"/>
          <w:jc w:val="center"/>
        </w:trPr>
        <w:tc>
          <w:tcPr>
            <w:tcW w:w="342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Positive phrases</w:t>
            </w:r>
          </w:p>
        </w:tc>
        <w:tc>
          <w:tcPr>
            <w:tcW w:w="3444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Constructive phrases</w:t>
            </w:r>
          </w:p>
        </w:tc>
        <w:tc>
          <w:tcPr>
            <w:tcW w:w="3436" w:type="dxa"/>
            <w:shd w:val="clear" w:color="auto" w:fill="D0F5FF"/>
            <w:vAlign w:val="center"/>
          </w:tcPr>
          <w:p w:rsidR="003E79FB" w:rsidRPr="006173BB" w:rsidRDefault="003E79FB" w:rsidP="00C64ABE">
            <w:pPr>
              <w:jc w:val="center"/>
              <w:rPr>
                <w:color w:val="382870"/>
              </w:rPr>
            </w:pPr>
            <w:r w:rsidRPr="006173BB">
              <w:rPr>
                <w:b/>
                <w:color w:val="382870"/>
              </w:rPr>
              <w:t>Follow-up questions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Reflects thoughtfully on performance and identifies strengths and growth areas.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develop greater self-awareness when assessing performance.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are you most proud of from this review period?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Takes ownership of development and looks for ways to improve.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Would benefit from taking a more proactive approach to personal development.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skill would you like to develop next?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Uses feedback to improve performance and adjust approach.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Could improve by applying feedback more consistently.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feedback has been most useful to you recently?</w:t>
            </w:r>
          </w:p>
        </w:tc>
      </w:tr>
      <w:tr w:rsidR="003E79FB" w:rsidRPr="006173BB" w:rsidTr="003E79FB">
        <w:trPr>
          <w:trHeight w:val="851"/>
          <w:jc w:val="center"/>
        </w:trPr>
        <w:tc>
          <w:tcPr>
            <w:tcW w:w="342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Sets meaningful goals and tracks progress over time.</w:t>
            </w:r>
          </w:p>
        </w:tc>
        <w:tc>
          <w:tcPr>
            <w:tcW w:w="3444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Needs to set clearer goals and monitor progress more regularly.</w:t>
            </w:r>
          </w:p>
        </w:tc>
        <w:tc>
          <w:tcPr>
            <w:tcW w:w="3436" w:type="dxa"/>
            <w:vAlign w:val="center"/>
          </w:tcPr>
          <w:p w:rsidR="003E79FB" w:rsidRPr="003E79FB" w:rsidRDefault="003E79FB" w:rsidP="003E79FB">
            <w:pPr>
              <w:rPr>
                <w:color w:val="382870"/>
                <w:szCs w:val="19"/>
              </w:rPr>
            </w:pPr>
            <w:r w:rsidRPr="003E79FB">
              <w:rPr>
                <w:color w:val="382870"/>
                <w:szCs w:val="19"/>
              </w:rPr>
              <w:t>What goal would help you grow before the next review?</w:t>
            </w:r>
          </w:p>
        </w:tc>
      </w:tr>
    </w:tbl>
    <w:p w:rsidR="003E79FB" w:rsidRPr="006173BB" w:rsidRDefault="003E79FB">
      <w:pPr>
        <w:rPr>
          <w:color w:val="382870"/>
        </w:rPr>
      </w:pPr>
    </w:p>
    <w:p w:rsidR="002E7972" w:rsidRPr="006173BB" w:rsidRDefault="009069AB">
      <w:pPr>
        <w:rPr>
          <w:color w:val="382870"/>
        </w:rPr>
      </w:pPr>
      <w:r>
        <w:rPr>
          <w:rFonts w:eastAsia="IBM Plex Sans SemiBold"/>
          <w:noProof/>
          <w:color w:val="30206B"/>
          <w:lang w:val="nl-NL"/>
        </w:rPr>
        <w:lastRenderedPageBreak/>
        <w:drawing>
          <wp:anchor distT="0" distB="0" distL="114300" distR="114300" simplePos="0" relativeHeight="251661312" behindDoc="1" locked="0" layoutInCell="1" allowOverlap="1" wp14:anchorId="1911F71F" wp14:editId="61422618">
            <wp:simplePos x="0" y="0"/>
            <wp:positionH relativeFrom="column">
              <wp:posOffset>-525499</wp:posOffset>
            </wp:positionH>
            <wp:positionV relativeFrom="paragraph">
              <wp:posOffset>-378460</wp:posOffset>
            </wp:positionV>
            <wp:extent cx="7608711" cy="10723880"/>
            <wp:effectExtent l="0" t="0" r="0" b="0"/>
            <wp:wrapNone/>
            <wp:docPr id="136228144" name="Picture 3" descr="A screenshot of a phone&#10;&#10;AI-generated content may be incorrect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070" name="Picture 3" descr="A screenshot of a phone&#10;&#10;AI-generated content may be incorrect.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630" cy="1072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7972" w:rsidRPr="006173BB" w:rsidSect="00E73B99">
      <w:pgSz w:w="11900" w:h="16820"/>
      <w:pgMar w:top="596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4057492">
    <w:abstractNumId w:val="8"/>
  </w:num>
  <w:num w:numId="2" w16cid:durableId="2015524392">
    <w:abstractNumId w:val="6"/>
  </w:num>
  <w:num w:numId="3" w16cid:durableId="1356468913">
    <w:abstractNumId w:val="5"/>
  </w:num>
  <w:num w:numId="4" w16cid:durableId="512259920">
    <w:abstractNumId w:val="4"/>
  </w:num>
  <w:num w:numId="5" w16cid:durableId="135489263">
    <w:abstractNumId w:val="7"/>
  </w:num>
  <w:num w:numId="6" w16cid:durableId="290669128">
    <w:abstractNumId w:val="3"/>
  </w:num>
  <w:num w:numId="7" w16cid:durableId="1120102481">
    <w:abstractNumId w:val="2"/>
  </w:num>
  <w:num w:numId="8" w16cid:durableId="1309898414">
    <w:abstractNumId w:val="1"/>
  </w:num>
  <w:num w:numId="9" w16cid:durableId="690647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7CA9"/>
    <w:rsid w:val="00034616"/>
    <w:rsid w:val="0006063C"/>
    <w:rsid w:val="0015074B"/>
    <w:rsid w:val="001535E0"/>
    <w:rsid w:val="0029639D"/>
    <w:rsid w:val="002E7972"/>
    <w:rsid w:val="002F0E83"/>
    <w:rsid w:val="00326F90"/>
    <w:rsid w:val="003E79FB"/>
    <w:rsid w:val="0054352B"/>
    <w:rsid w:val="005C32C6"/>
    <w:rsid w:val="006173BB"/>
    <w:rsid w:val="00715EC5"/>
    <w:rsid w:val="009069AB"/>
    <w:rsid w:val="00A73B93"/>
    <w:rsid w:val="00A82542"/>
    <w:rsid w:val="00AA1D8D"/>
    <w:rsid w:val="00B47730"/>
    <w:rsid w:val="00CB0664"/>
    <w:rsid w:val="00E73B99"/>
    <w:rsid w:val="00FC693F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405AE8"/>
  <w14:defaultImageDpi w14:val="300"/>
  <w15:docId w15:val="{CD9564F9-A50F-414A-A55E-655A04F9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4E79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E7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F4E79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aihr.com/platform/?utm_source=resource&amp;utm_medium=resource&amp;utm_campaign=templates&amp;utm_content=templat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3281</Words>
  <Characters>18707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21945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Paula Garcia</cp:lastModifiedBy>
  <cp:revision>7</cp:revision>
  <dcterms:created xsi:type="dcterms:W3CDTF">2026-04-30T10:17:00Z</dcterms:created>
  <dcterms:modified xsi:type="dcterms:W3CDTF">2026-04-30T11:04:00Z</dcterms:modified>
  <cp:category/>
</cp:coreProperties>
</file>